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A2B" w:rsidRPr="008054BC" w:rsidRDefault="008054BC" w:rsidP="008054BC">
      <w:pPr>
        <w:pStyle w:val="Titel"/>
        <w:jc w:val="center"/>
        <w:rPr>
          <w:sz w:val="40"/>
          <w:szCs w:val="40"/>
        </w:rPr>
      </w:pPr>
      <w:proofErr w:type="spellStart"/>
      <w:r w:rsidRPr="008054BC">
        <w:rPr>
          <w:sz w:val="40"/>
          <w:szCs w:val="40"/>
        </w:rPr>
        <w:t>Atemwegserkrankungen</w:t>
      </w:r>
      <w:proofErr w:type="spellEnd"/>
      <w:r w:rsidRPr="008054BC">
        <w:rPr>
          <w:sz w:val="40"/>
          <w:szCs w:val="40"/>
        </w:rPr>
        <w:t xml:space="preserve"> – </w:t>
      </w:r>
      <w:proofErr w:type="spellStart"/>
      <w:r w:rsidRPr="008054BC">
        <w:rPr>
          <w:sz w:val="40"/>
          <w:szCs w:val="40"/>
        </w:rPr>
        <w:t>Arbeitsblatt</w:t>
      </w:r>
      <w:proofErr w:type="spellEnd"/>
      <w:r w:rsidRPr="008054BC">
        <w:rPr>
          <w:sz w:val="40"/>
          <w:szCs w:val="40"/>
        </w:rPr>
        <w:t xml:space="preserve"> </w:t>
      </w:r>
      <w:proofErr w:type="spellStart"/>
      <w:r w:rsidRPr="008054BC">
        <w:rPr>
          <w:sz w:val="40"/>
          <w:szCs w:val="40"/>
        </w:rPr>
        <w:t>zum</w:t>
      </w:r>
      <w:proofErr w:type="spellEnd"/>
      <w:r w:rsidRPr="008054BC">
        <w:rPr>
          <w:sz w:val="40"/>
          <w:szCs w:val="40"/>
        </w:rPr>
        <w:t xml:space="preserve"> </w:t>
      </w:r>
      <w:proofErr w:type="spellStart"/>
      <w:r w:rsidRPr="008054BC">
        <w:rPr>
          <w:sz w:val="40"/>
          <w:szCs w:val="40"/>
        </w:rPr>
        <w:t>Ausfüllen</w:t>
      </w:r>
      <w:proofErr w:type="spellEnd"/>
      <w:r w:rsidRPr="008054BC">
        <w:rPr>
          <w:sz w:val="40"/>
          <w:szCs w:val="40"/>
        </w:rPr>
        <w:t xml:space="preserve">- </w:t>
      </w:r>
      <w:proofErr w:type="spellStart"/>
      <w:r w:rsidRPr="008054BC">
        <w:rPr>
          <w:sz w:val="40"/>
          <w:szCs w:val="40"/>
        </w:rPr>
        <w:t>Zusammenfassung</w:t>
      </w:r>
      <w:proofErr w:type="spellEnd"/>
      <w:r w:rsidRPr="008054BC">
        <w:rPr>
          <w:sz w:val="40"/>
          <w:szCs w:val="40"/>
        </w:rPr>
        <w:t xml:space="preserve"> </w:t>
      </w:r>
      <w:proofErr w:type="spellStart"/>
      <w:r w:rsidRPr="008054BC">
        <w:rPr>
          <w:sz w:val="40"/>
          <w:szCs w:val="40"/>
        </w:rPr>
        <w:t>Prüfungsschwerpunkte</w:t>
      </w:r>
      <w:proofErr w:type="spellEnd"/>
    </w:p>
    <w:p w:rsidR="00697A2B" w:rsidRDefault="008054BC">
      <w:r>
        <w:rPr>
          <w:b/>
        </w:rPr>
        <w:t>1. Erläutern Sie das Krankheitsbild der COPD.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Symptome: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Mögliche Ursachen: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Therapiemöglichkeiten: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lastRenderedPageBreak/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Mögliche Komplikationen: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2. Beschreiben Sie das Krankheitsbild Pneumonie.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Definition: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Ursachen: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lastRenderedPageBreak/>
        <w:t>________________________________________________________________________________</w:t>
      </w:r>
    </w:p>
    <w:p w:rsidR="00697A2B" w:rsidRDefault="008054BC">
      <w:r>
        <w:rPr>
          <w:b/>
        </w:rPr>
        <w:t>• Symptome: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Diagnostik: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Therapie: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Mögliche Komplikationen: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lastRenderedPageBreak/>
        <w:t>3. Erklären Sie das Krankheitsbild Thrombose / Lungenembolie.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Definition: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Ursachen: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Symptome: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Diagnostik:</w:t>
      </w:r>
    </w:p>
    <w:p w:rsidR="00697A2B" w:rsidRDefault="008054BC">
      <w:r>
        <w:lastRenderedPageBreak/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Therapie: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Mögliche Komplikationen: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4. Beschreiben Sie das Krankheitsbild Asthma bronchiale.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Definition: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lastRenderedPageBreak/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Ursachen: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Symptome: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Diagnostik: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Therapie: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lastRenderedPageBreak/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Mögliche Komplikationen: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5. Beschreiben Sie die pflegerischen Schwerpunkte bei Atemwegserkrankungen.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6. Beschreiben Sie die Inhalationsarten. Was ist Ihre Aufgabe als Pflegeassistenz?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7. In welchen Situationen dürfen Sie als Pflegeassistenz absaugen? Welche Art der Absaugung dürfen Sie durchführen?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lastRenderedPageBreak/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8. Absaugen von Sekreten: Beschreiben Sie die Vorbereitung, Durchführung und Nachbereitung.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 xml:space="preserve">9. </w:t>
      </w:r>
      <w:proofErr w:type="spellStart"/>
      <w:r>
        <w:rPr>
          <w:b/>
        </w:rPr>
        <w:t>Sauerstofftherapie</w:t>
      </w:r>
      <w:proofErr w:type="spellEnd"/>
      <w:r w:rsidR="007964EB">
        <w:t xml:space="preserve">: </w:t>
      </w:r>
      <w:bookmarkStart w:id="0" w:name="_GoBack"/>
      <w:bookmarkEnd w:id="0"/>
      <w:proofErr w:type="spellStart"/>
      <w:r>
        <w:rPr>
          <w:b/>
        </w:rPr>
        <w:t>Wann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dürfen</w:t>
      </w:r>
      <w:proofErr w:type="spellEnd"/>
      <w:r>
        <w:rPr>
          <w:b/>
        </w:rPr>
        <w:t xml:space="preserve"> Sie </w:t>
      </w:r>
      <w:proofErr w:type="spellStart"/>
      <w:r>
        <w:rPr>
          <w:b/>
        </w:rPr>
        <w:t>als</w:t>
      </w:r>
      <w:proofErr w:type="spellEnd"/>
      <w:r>
        <w:rPr>
          <w:b/>
        </w:rPr>
        <w:t xml:space="preserve"> PA Sauerstoff verabreichen?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Welche Applikationsarten kennen Sie?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Vorbereitung / Durchführung / Nachbereitung: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lastRenderedPageBreak/>
        <w:t>________________________________________________________________________________</w:t>
      </w:r>
    </w:p>
    <w:p w:rsidR="00697A2B" w:rsidRDefault="008054BC">
      <w:r>
        <w:rPr>
          <w:b/>
        </w:rPr>
        <w:t>• Mögliche Beobachtungen: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rPr>
          <w:b/>
        </w:rPr>
        <w:t>• Aufklärung und Beratung bei Patient:innen mit einer Sauerstofftherapie: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p w:rsidR="00697A2B" w:rsidRDefault="008054BC">
      <w:r>
        <w:t>________________________________________________________________________________</w:t>
      </w:r>
    </w:p>
    <w:sectPr w:rsidR="00697A2B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4BC" w:rsidRDefault="008054BC" w:rsidP="008054BC">
      <w:pPr>
        <w:spacing w:after="0" w:line="240" w:lineRule="auto"/>
      </w:pPr>
      <w:r>
        <w:separator/>
      </w:r>
    </w:p>
  </w:endnote>
  <w:endnote w:type="continuationSeparator" w:id="0">
    <w:p w:rsidR="008054BC" w:rsidRDefault="008054BC" w:rsidP="0080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4BC" w:rsidRDefault="008054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4BC" w:rsidRPr="008054BC" w:rsidRDefault="008054BC">
    <w:pPr>
      <w:pStyle w:val="Fuzeile"/>
      <w:rPr>
        <w:sz w:val="18"/>
        <w:szCs w:val="18"/>
        <w:lang w:val="de-AT"/>
      </w:rPr>
    </w:pPr>
    <w:r w:rsidRPr="008054BC">
      <w:rPr>
        <w:sz w:val="18"/>
        <w:szCs w:val="18"/>
        <w:lang w:val="de-AT"/>
      </w:rPr>
      <w:t xml:space="preserve">Erstellt: Koller Ricarda BA, Juni 2025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4BC" w:rsidRDefault="008054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4BC" w:rsidRDefault="008054BC" w:rsidP="008054BC">
      <w:pPr>
        <w:spacing w:after="0" w:line="240" w:lineRule="auto"/>
      </w:pPr>
      <w:r>
        <w:separator/>
      </w:r>
    </w:p>
  </w:footnote>
  <w:footnote w:type="continuationSeparator" w:id="0">
    <w:p w:rsidR="008054BC" w:rsidRDefault="008054BC" w:rsidP="00805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4BC" w:rsidRDefault="008054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4BC" w:rsidRDefault="008054BC" w:rsidP="008054BC">
    <w:pPr>
      <w:pStyle w:val="Kopfzeile"/>
      <w:jc w:val="center"/>
    </w:pPr>
    <w:r>
      <w:rPr>
        <w:noProof/>
      </w:rPr>
      <w:drawing>
        <wp:inline distT="0" distB="0" distL="0" distR="0" wp14:anchorId="4D370153">
          <wp:extent cx="3267710" cy="658495"/>
          <wp:effectExtent l="0" t="0" r="8890" b="825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71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4BC" w:rsidRDefault="008054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97A2B"/>
    <w:rsid w:val="007964EB"/>
    <w:rsid w:val="008054B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1347BE"/>
  <w14:defaultImageDpi w14:val="300"/>
  <w15:docId w15:val="{1C8ABDF4-3B23-49AF-9C79-680B49A8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5BE1BE-66FB-4E0D-993C-DE9BF3955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2117</Words>
  <Characters>13342</Characters>
  <Application>Microsoft Office Word</Application>
  <DocSecurity>0</DocSecurity>
  <Lines>111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Koller Ricarda Mijou (OeRK-W)</cp:lastModifiedBy>
  <cp:revision>3</cp:revision>
  <cp:lastPrinted>2025-07-08T06:17:00Z</cp:lastPrinted>
  <dcterms:created xsi:type="dcterms:W3CDTF">2025-07-08T06:19:00Z</dcterms:created>
  <dcterms:modified xsi:type="dcterms:W3CDTF">2025-07-15T11:00:00Z</dcterms:modified>
  <cp:category/>
</cp:coreProperties>
</file>